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ПП 2464 от 24.12.2021 (пп. 53–56)</w:t>
      </w:r>
    </w:p>
    <w:p>
      <w:pPr>
        <w:jc w:val="center"/>
      </w:pPr>
      <w:r>
        <w:rPr>
          <w:b/>
          <w:sz w:val="28"/>
        </w:rPr>
        <w:t>Приказ о создании комиссии по проверке знания требований охраны труда</w:t>
      </w:r>
    </w:p>
    <w:p>
      <w:pPr>
        <w:ind w:firstLine="567"/>
        <w:jc w:val="both"/>
      </w:pPr>
      <w:r>
        <w:t>[Наименование организации]</w:t>
      </w:r>
    </w:p>
    <w:p>
      <w:pPr>
        <w:ind w:firstLine="567"/>
        <w:jc w:val="both"/>
      </w:pPr>
      <w:r>
        <w:t>[адрес объекта]</w:t>
      </w:r>
    </w:p>
    <w:p>
      <w:pPr>
        <w:ind w:firstLine="567"/>
        <w:jc w:val="both"/>
      </w:pPr>
      <w:r>
        <w:t>от [дата]</w:t>
      </w:r>
    </w:p>
    <w:p>
      <w:pPr>
        <w:spacing w:before="200"/>
      </w:pPr>
      <w:r>
        <w:rPr>
          <w:b/>
          <w:color w:val="186872"/>
          <w:sz w:val="24"/>
        </w:rPr>
        <w:t>Приказ</w:t>
      </w:r>
    </w:p>
    <w:p>
      <w:pPr>
        <w:ind w:firstLine="567"/>
        <w:jc w:val="both"/>
      </w:pPr>
      <w:r>
        <w:t>О создании комиссии по проверке знания требований охраны труда</w:t>
      </w:r>
    </w:p>
    <w:p>
      <w:pPr>
        <w:ind w:firstLine="567"/>
        <w:jc w:val="both"/>
      </w:pPr>
      <w:r>
        <w:t>В соответствии с пунктами 53–56 Правил обучения по охране труда и проверки знания требований охраны труда, утвержденных постановлением Правительства Российской Федерации от 24.12.2021 № 2464, в целях организации и проведения проверки знания требований охраны труда работников приказываю:</w:t>
      </w:r>
    </w:p>
    <w:p>
      <w:pPr>
        <w:ind w:left="340"/>
        <w:jc w:val="both"/>
      </w:pPr>
      <w:r>
        <w:t>1. Создать комиссию по проверке знания требований охраны труда (далее — Комиссия) в составе не менее трех человек, прошедших обучение по охране труда и проверку знания требований охраны труда. Состав Комиссии утвердить согласно приложению № 1 к настоящему приказу.</w:t>
      </w:r>
    </w:p>
    <w:p>
      <w:pPr>
        <w:ind w:left="340"/>
        <w:jc w:val="both"/>
      </w:pPr>
      <w:r>
        <w:t>2. Установить, что в состав Комиссии входят председатель, заместитель председателя, члены Комиссии и секретарь. Все члены Комиссии должны соответствовать требованию о прохождении обучения по охране труда и проверки знания требований охраны труда.</w:t>
      </w:r>
    </w:p>
    <w:p>
      <w:pPr>
        <w:ind w:left="340"/>
        <w:jc w:val="both"/>
      </w:pPr>
      <w:r>
        <w:t>3. Комиссия осуществляет следующие полномочия: проводит проверку знания требований охраны труда работников, принимает решение по результатам проверки, оформляет протокол проверки знания требований охраны труда, направляет сведения о проведенной проверке в реестр обученных по охране труда лиц.</w:t>
      </w:r>
    </w:p>
    <w:p>
      <w:pPr>
        <w:ind w:left="340"/>
        <w:jc w:val="both"/>
      </w:pPr>
      <w:r>
        <w:t>4. Очередную проверку знания требований охраны труда работников проводить не реже одного раза в год. Внеочередную проверку проводить в случаях, предусмотренных Правилами обучения по охране труда и проверки знания требований охраны труда, утвержденными постановлением Правительства Российской Федерации от 24.12.2021 № 2464.</w:t>
      </w:r>
    </w:p>
    <w:p>
      <w:pPr>
        <w:ind w:left="340"/>
        <w:jc w:val="both"/>
      </w:pPr>
      <w:r>
        <w:t>5. Результаты проверки знания требований охраны труда оформлять протоколом проверки знания требований охраны труда. Сведения о проведенной проверке направлять в реестр обученных по охране труда лиц в порядке, установленном указанными Правилами.</w:t>
      </w:r>
    </w:p>
    <w:p>
      <w:pPr>
        <w:ind w:left="340"/>
        <w:jc w:val="both"/>
      </w:pPr>
      <w:r>
        <w:t>6. Контроль за исполнением настоящего приказа возложить на [должность] [ФИО].</w:t>
      </w:r>
    </w:p>
    <w:p>
      <w:r>
        <w:t>Руководитель организации _____________ / [ФИО] /  _______________  /____________________/   «__» ________ 20__ г.</w:t>
      </w:r>
    </w:p>
    <w:p>
      <w:r>
        <w:t>Секретарь Комиссии _____________ / [ФИО] /  _______________  /____________________/   «__» ________ 20__ г.</w:t>
      </w:r>
    </w:p>
    <w:p>
      <w:pPr>
        <w:spacing w:before="200"/>
      </w:pPr>
      <w:r>
        <w:rPr>
          <w:b/>
          <w:color w:val="186872"/>
          <w:sz w:val="24"/>
        </w:rPr>
        <w:t>Приложение № 1 к приказу [Наименование организации] от [дата]</w:t>
      </w:r>
    </w:p>
    <w:p>
      <w:pPr>
        <w:ind w:firstLine="567"/>
        <w:jc w:val="both"/>
      </w:pPr>
      <w:r>
        <w:t>Состав комиссии по проверке знания требований охраны труда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№ п/п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ФИО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Должность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Роль в комиссии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</w:tbl>
    <w:p/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